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اجتماع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عبدالقادر ستقادي/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9789961014158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