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الشباب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9789931681168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الشباب الجزائري/ شبكات التواصل الاجتماعي/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