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وم والتكن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67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ياضيات/ الميكانيك/ الذكاء الاصطناعي/ أزرق الميثيلين/ الميا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