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الآلية و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203-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