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أكوستيكية التحليل الآلي للصوت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بن عربية/ 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303-216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