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الحوافز المادية والمعنوية في تحسين الأداء الوظيفي للعاملين خزينة ولاية سكيكدة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زرقوط حميدة/ ثيرة إسماعيل(مشرفا)/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