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 du nationalisme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9789947984116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