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الدرس البلاغي عند عبد القادر الجرجاني (اسرار البلاغة)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 مريم/ عبد العالي روفية/ فلواط خولة/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