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الذكر والحذف في القرآن الكريم -جزء عم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لعشاشة سارة/ دقيش اسيا/ شلغوم الزهراء/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