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الفصل والوصل في سورة القمر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باركي إكرام ندى/ زورز رقية/ سايب زينب/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