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الإسمية بين التركيب النحوي والمعنى الدلالي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حمامي سمية/ كعبوش سلمى/ مرمول ابتهال/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