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سورة التوبة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عياش أمال/ بوشاعت لميس/ رزايقي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