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في القرآن الكريم -سورة الكهف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زينة/ فضالة خيرة/ بومناخ فطيمة/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