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الوصف في رواية عذراء قريش لجرجي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بلهواري ريان/ باز رانية/ باز نجمة/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