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" فاي " زوبير بن سخري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شريفي شامة/ بوحبيلة مديحة/ حميدة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