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قبل البدء حتى لمحمد بورحلة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شبيلة بومعالي/ مفتاح مريم/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