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التوتر والقلق في شعر الاخضر بركة ديوان محاريث الكناية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بوطفيس كريمة/ بريكة إيمان/ لعقون منال/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