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التعبير عن التعاسة في رواية عابر سرير لأحلام مستغانمي -دراسة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بوميسة أسماء/ رجيمي أمال/ بلافار شفيعة/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