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الجدة في رواية نانا لوهيبة جموعي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بوتارية سناء/ بومليط نادية/ بن زهرة هاجر/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