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خيروش أيوب/ بن الصغير زين الدين/ حجاز شراف الدين/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