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الكناية في القرآن الكريم سورة النساء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زغمار نجاة/ بوحمارة سمير/ بلمرابط روميساء/ خضور وليد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800327811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