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الغموض في قصيدة أثر الفراشة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كشبار رفيقة/ لحرايق آمنة/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