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الإيقاع في ديوان صلوات في زمن الإختراق لمحمد بن طبة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دريس ليديا/ بوالفول لميس/ خلفة رميسة/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