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آلية الحوار في رواية بلقيس بكائية آخر الليل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نقوب لميس/ كيحل مريم/ بوحلاسة ندى/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