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في مسرحيات أحمد رضا حوحو بائعة الورد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سيف الدين/ بوحراتي نصر الدين/ جيملي سفيان/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