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شعر عبد القادر الجيلاني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مولة منيرة/ قاجة رقية/ فقراوي سعيدة/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