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أنواع المجاز في قاموس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العيون دليلة/ بلمهبول كريمة/ العايب منى/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