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تقنية الوصف في رواية دم الغزال لمرزاق بقطاش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موراس يسرى/ مغلاوي أمينة/ جبلي ايمان/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