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السجن في رواية ليل وقضبان لنجيب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لعمارة خليل/ شرافة نبيهة/ بن معروف سلمى/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