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يوتوبيا الضائعة لنازك الملائكة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بوزقيو نجاح/ طيباوي إلهام/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