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مقتل بزرجمهر لخليل مطران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بوالبعير نبيل/ عميور هدى/ زجاج صونية/ الأسد محمد العربي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800333711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