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الرقمي في قصة هي والحمام ل لبيبة خمار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إيمان/ يحي فطيمة/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