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ياحسنها من أربع وديار لابن الخطيب دراسة في المضامين والخصائص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قرواز آمنة/ بوكحول أسماء/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arabe ancienne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