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أجناسية الخبر في التراث العربي القديم كتاب أخبار الحمقى والمغفلين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قريني إلهام/ بوالشعير لمياء/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