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في الدرس النحوي كتاب الواضح للزبيدي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حسني/ براي رندة/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