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التشخيصي ودوره في تفعيل عملية التعلم في المرحلة الابتدائية ابتدائية سفاري محمد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ملاخ خولة/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