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الشعر الشعبي أحمد فؤاد نجم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هريمي إيمان/ شباط زينب/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