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المدرسة القرآنية والتربية التحضيرية في اكتساب اللغة لدى المتعلم محمد لوصيف نمودجا زغاية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بوسمينة نزيهة/ زواغي زينب/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