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الانتاج اللغوي من منظور اللسانيات العصبية مقاربة اسانية نصية من خلال كتاب اللسانيات العصبية لعطية سليمان أحمد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مزهود ريحانة/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appliquée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800347611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