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غ المزيدة في سورة آل عمران دراسة تشك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غمار فريال/ لخنافر عبير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