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زنباية ل اليامين بن تومي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بودن أسامة/ تيعوينين ابراهيم/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