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solution for managing firewalls in the Internet Of Things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Lakhal dounia/ Boulmis Bilal/ Guettiche Mourad(Président),Lalouci Ali(Encadreur),Attia Mourad(Examinateur)/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