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الصراع في رواية حطب سراييفو لسعيد خطيبي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قصري إبتسام/ قسيمة خولة/ حميدة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