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المنتخب من كتب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صباح نوري المرزوك/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9789957762094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