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الثقافة القانونية ( القانون في حياتنا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عوض أحمد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9789957781149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