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الحماية القانونية لعديمي وناقصي الاهلية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محمد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9789777612364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