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دالة بين تاريخ القانون والقانون الدولي الان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املة محمد غريب بي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61238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