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المتحدث الرسمي وادارة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غادة أشرف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9789773583958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