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المسئولية العقدية للشركات السياحية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أحمد حسن كاظم المسعودي/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الجامعة الجديدة/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9789777295253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