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الوجيز في قانون اصول المحاكمات المدنية الاردني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عوض أحمد الزعبي/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إثراء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9789957781811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قانون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حقوق (340)/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